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D1" w:rsidRDefault="00D258D1" w:rsidP="00D258D1">
      <w:pPr>
        <w:spacing w:after="0" w:line="240" w:lineRule="auto"/>
        <w:rPr>
          <w:b/>
        </w:rPr>
      </w:pPr>
    </w:p>
    <w:p w:rsidR="00D465AC" w:rsidRDefault="00471756">
      <w:pPr>
        <w:spacing w:after="60" w:line="240" w:lineRule="auto"/>
        <w:jc w:val="center"/>
      </w:pPr>
      <w:r>
        <w:rPr>
          <w:b/>
          <w:sz w:val="28"/>
        </w:rPr>
        <w:t>ОБРАЗАЦ ПОНУДЕ</w:t>
      </w:r>
    </w:p>
    <w:p w:rsidR="00D465AC" w:rsidRDefault="00471756">
      <w:pPr>
        <w:spacing w:line="240" w:lineRule="auto"/>
        <w:jc w:val="center"/>
      </w:pPr>
      <w:r>
        <w:t>за набавку горива за службена возила Основног суда у Неготину</w:t>
      </w:r>
    </w:p>
    <w:p w:rsidR="00D465AC" w:rsidRDefault="00471756">
      <w:pPr>
        <w:spacing w:before="80" w:after="60" w:line="240" w:lineRule="auto"/>
      </w:pPr>
      <w:r>
        <w:rPr>
          <w:b/>
        </w:rPr>
        <w:t>1. Подаци о понуђачу</w:t>
      </w:r>
    </w:p>
    <w:p w:rsidR="00D465AC" w:rsidRDefault="00471756">
      <w:pPr>
        <w:spacing w:after="40" w:line="240" w:lineRule="auto"/>
      </w:pPr>
      <w:r>
        <w:t>Назив понуђача: __________________________________________</w:t>
      </w:r>
    </w:p>
    <w:p w:rsidR="00D465AC" w:rsidRDefault="00471756">
      <w:pPr>
        <w:spacing w:after="40" w:line="240" w:lineRule="auto"/>
      </w:pPr>
      <w:r>
        <w:t>Седиште и адреса: _________________________________________</w:t>
      </w:r>
    </w:p>
    <w:p w:rsidR="00D465AC" w:rsidRDefault="00471756">
      <w:pPr>
        <w:spacing w:after="40" w:line="240" w:lineRule="auto"/>
      </w:pPr>
      <w:r>
        <w:t>ПИБ: _____________________________________________________</w:t>
      </w:r>
    </w:p>
    <w:p w:rsidR="00D465AC" w:rsidRDefault="00471756">
      <w:pPr>
        <w:spacing w:after="40" w:line="240" w:lineRule="auto"/>
      </w:pPr>
      <w:r>
        <w:t>Матични број: _____________________________________________</w:t>
      </w:r>
    </w:p>
    <w:p w:rsidR="00D465AC" w:rsidRDefault="00471756">
      <w:pPr>
        <w:spacing w:after="40" w:line="240" w:lineRule="auto"/>
      </w:pPr>
      <w:r>
        <w:t>Телефон: _________________________________________________</w:t>
      </w:r>
    </w:p>
    <w:p w:rsidR="00D465AC" w:rsidRDefault="00471756">
      <w:pPr>
        <w:spacing w:after="40" w:line="240" w:lineRule="auto"/>
      </w:pPr>
      <w:r>
        <w:t>E-mail: __________________________________________________</w:t>
      </w:r>
    </w:p>
    <w:p w:rsidR="00D465AC" w:rsidRDefault="00471756">
      <w:pPr>
        <w:spacing w:after="40" w:line="240" w:lineRule="auto"/>
      </w:pPr>
      <w:r>
        <w:t>Овлашћено лице: ___________________________________________</w:t>
      </w:r>
    </w:p>
    <w:p w:rsidR="00D465AC" w:rsidRDefault="00471756">
      <w:pPr>
        <w:spacing w:before="80" w:after="60" w:line="240" w:lineRule="auto"/>
      </w:pPr>
      <w:r>
        <w:rPr>
          <w:b/>
        </w:rPr>
        <w:t>2. Ценовни део понуде</w:t>
      </w:r>
    </w:p>
    <w:p w:rsidR="00D465AC" w:rsidRDefault="00471756">
      <w:pPr>
        <w:spacing w:after="80" w:line="240" w:lineRule="auto"/>
        <w:jc w:val="both"/>
      </w:pPr>
      <w:r>
        <w:t>Цене се исказују према важећем малопродајном ценовнику понуђача на дан упућивања Позива за подношење понуде.</w:t>
      </w:r>
    </w:p>
    <w:p w:rsidR="00D465AC" w:rsidRDefault="00D465AC">
      <w:pPr>
        <w:sectPr w:rsidR="00D465AC">
          <w:pgSz w:w="12240" w:h="15840"/>
          <w:pgMar w:top="1020" w:right="1020" w:bottom="1020" w:left="1247" w:header="720" w:footer="720" w:gutter="0"/>
          <w:cols w:space="720"/>
          <w:docGrid w:linePitch="360"/>
        </w:sect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81"/>
        <w:gridCol w:w="1781"/>
        <w:gridCol w:w="1781"/>
        <w:gridCol w:w="1781"/>
        <w:gridCol w:w="1781"/>
        <w:gridCol w:w="1781"/>
        <w:gridCol w:w="1781"/>
        <w:gridCol w:w="1781"/>
      </w:tblGrid>
      <w:tr w:rsidR="00D465AC">
        <w:trPr>
          <w:jc w:val="center"/>
        </w:trPr>
        <w:tc>
          <w:tcPr>
            <w:tcW w:w="1781" w:type="dxa"/>
            <w:shd w:val="clear" w:color="auto" w:fill="D9E2F3"/>
            <w:vAlign w:val="center"/>
          </w:tcPr>
          <w:p w:rsidR="00D465AC" w:rsidRDefault="00471756">
            <w:pPr>
              <w:spacing w:after="0"/>
              <w:jc w:val="center"/>
            </w:pPr>
            <w:r>
              <w:rPr>
                <w:b/>
                <w:sz w:val="16"/>
              </w:rPr>
              <w:lastRenderedPageBreak/>
              <w:t>Р. бр.</w:t>
            </w:r>
          </w:p>
        </w:tc>
        <w:tc>
          <w:tcPr>
            <w:tcW w:w="1781" w:type="dxa"/>
            <w:shd w:val="clear" w:color="auto" w:fill="D9E2F3"/>
            <w:vAlign w:val="center"/>
          </w:tcPr>
          <w:p w:rsidR="00D465AC" w:rsidRDefault="00471756">
            <w:pPr>
              <w:spacing w:after="0"/>
              <w:jc w:val="center"/>
            </w:pPr>
            <w:r>
              <w:rPr>
                <w:b/>
                <w:sz w:val="16"/>
              </w:rPr>
              <w:t>Врста горива</w:t>
            </w:r>
          </w:p>
        </w:tc>
        <w:tc>
          <w:tcPr>
            <w:tcW w:w="1781" w:type="dxa"/>
            <w:shd w:val="clear" w:color="auto" w:fill="D9E2F3"/>
            <w:vAlign w:val="center"/>
          </w:tcPr>
          <w:p w:rsidR="00D465AC" w:rsidRDefault="00471756">
            <w:pPr>
              <w:spacing w:after="0"/>
              <w:jc w:val="center"/>
            </w:pPr>
            <w:r>
              <w:rPr>
                <w:b/>
                <w:sz w:val="16"/>
              </w:rPr>
              <w:t>Јед. мере</w:t>
            </w:r>
          </w:p>
        </w:tc>
        <w:tc>
          <w:tcPr>
            <w:tcW w:w="1781" w:type="dxa"/>
            <w:shd w:val="clear" w:color="auto" w:fill="D9E2F3"/>
            <w:vAlign w:val="center"/>
          </w:tcPr>
          <w:p w:rsidR="00D465AC" w:rsidRDefault="00471756">
            <w:pPr>
              <w:spacing w:after="0"/>
              <w:jc w:val="center"/>
            </w:pPr>
            <w:r>
              <w:rPr>
                <w:b/>
                <w:sz w:val="16"/>
              </w:rPr>
              <w:t>Оквирна количина</w:t>
            </w:r>
          </w:p>
        </w:tc>
        <w:tc>
          <w:tcPr>
            <w:tcW w:w="1781" w:type="dxa"/>
            <w:shd w:val="clear" w:color="auto" w:fill="D9E2F3"/>
            <w:vAlign w:val="center"/>
          </w:tcPr>
          <w:p w:rsidR="00D465AC" w:rsidRDefault="00471756">
            <w:pPr>
              <w:spacing w:after="0"/>
              <w:jc w:val="center"/>
            </w:pPr>
            <w:r>
              <w:rPr>
                <w:b/>
                <w:sz w:val="16"/>
              </w:rPr>
              <w:t>Јединична цена без ПДВ-а</w:t>
            </w:r>
          </w:p>
        </w:tc>
        <w:tc>
          <w:tcPr>
            <w:tcW w:w="1781" w:type="dxa"/>
            <w:shd w:val="clear" w:color="auto" w:fill="D9E2F3"/>
            <w:vAlign w:val="center"/>
          </w:tcPr>
          <w:p w:rsidR="00D465AC" w:rsidRDefault="00471756">
            <w:pPr>
              <w:spacing w:after="0"/>
              <w:jc w:val="center"/>
            </w:pPr>
            <w:r>
              <w:rPr>
                <w:b/>
                <w:sz w:val="16"/>
              </w:rPr>
              <w:t>Укупно без ПДВ-а</w:t>
            </w:r>
          </w:p>
        </w:tc>
        <w:tc>
          <w:tcPr>
            <w:tcW w:w="1781" w:type="dxa"/>
            <w:shd w:val="clear" w:color="auto" w:fill="D9E2F3"/>
            <w:vAlign w:val="center"/>
          </w:tcPr>
          <w:p w:rsidR="00D465AC" w:rsidRDefault="00471756">
            <w:pPr>
              <w:spacing w:after="0"/>
              <w:jc w:val="center"/>
            </w:pPr>
            <w:r>
              <w:rPr>
                <w:b/>
                <w:sz w:val="16"/>
              </w:rPr>
              <w:t>Јединична цена са ПДВ-ом</w:t>
            </w:r>
          </w:p>
        </w:tc>
        <w:tc>
          <w:tcPr>
            <w:tcW w:w="1781" w:type="dxa"/>
            <w:shd w:val="clear" w:color="auto" w:fill="D9E2F3"/>
            <w:vAlign w:val="center"/>
          </w:tcPr>
          <w:p w:rsidR="00D465AC" w:rsidRDefault="00471756">
            <w:pPr>
              <w:spacing w:after="0"/>
              <w:jc w:val="center"/>
            </w:pPr>
            <w:r>
              <w:rPr>
                <w:b/>
                <w:sz w:val="16"/>
              </w:rPr>
              <w:t>Укупно са ПДВ-ом</w:t>
            </w:r>
          </w:p>
        </w:tc>
      </w:tr>
      <w:tr w:rsidR="00D465AC">
        <w:trPr>
          <w:jc w:val="center"/>
        </w:trPr>
        <w:tc>
          <w:tcPr>
            <w:tcW w:w="1781" w:type="dxa"/>
            <w:vAlign w:val="center"/>
          </w:tcPr>
          <w:p w:rsidR="00D465AC" w:rsidRDefault="00471756">
            <w:pPr>
              <w:spacing w:after="0"/>
              <w:jc w:val="center"/>
            </w:pPr>
            <w:r>
              <w:rPr>
                <w:sz w:val="16"/>
              </w:rPr>
              <w:t>1.</w:t>
            </w:r>
          </w:p>
        </w:tc>
        <w:tc>
          <w:tcPr>
            <w:tcW w:w="1781" w:type="dxa"/>
            <w:vAlign w:val="center"/>
          </w:tcPr>
          <w:p w:rsidR="00D465AC" w:rsidRDefault="00471756">
            <w:pPr>
              <w:spacing w:after="0"/>
              <w:jc w:val="center"/>
            </w:pPr>
            <w:r>
              <w:rPr>
                <w:sz w:val="16"/>
              </w:rPr>
              <w:t>Евро дизел</w:t>
            </w:r>
          </w:p>
        </w:tc>
        <w:tc>
          <w:tcPr>
            <w:tcW w:w="1781" w:type="dxa"/>
            <w:vAlign w:val="center"/>
          </w:tcPr>
          <w:p w:rsidR="00D465AC" w:rsidRDefault="00471756">
            <w:pPr>
              <w:spacing w:after="0"/>
              <w:jc w:val="center"/>
            </w:pPr>
            <w:r>
              <w:rPr>
                <w:sz w:val="16"/>
              </w:rPr>
              <w:t>литар</w:t>
            </w:r>
          </w:p>
        </w:tc>
        <w:tc>
          <w:tcPr>
            <w:tcW w:w="1781" w:type="dxa"/>
            <w:vAlign w:val="center"/>
          </w:tcPr>
          <w:p w:rsidR="00D465AC" w:rsidRDefault="001A1A8B">
            <w:pPr>
              <w:spacing w:after="0"/>
              <w:jc w:val="center"/>
            </w:pPr>
            <w:r>
              <w:rPr>
                <w:sz w:val="16"/>
              </w:rPr>
              <w:t>950</w:t>
            </w:r>
          </w:p>
        </w:tc>
        <w:tc>
          <w:tcPr>
            <w:tcW w:w="1781" w:type="dxa"/>
            <w:vAlign w:val="center"/>
          </w:tcPr>
          <w:p w:rsidR="00D465AC" w:rsidRDefault="00D465AC">
            <w:pPr>
              <w:spacing w:after="0"/>
              <w:jc w:val="center"/>
            </w:pPr>
          </w:p>
        </w:tc>
        <w:tc>
          <w:tcPr>
            <w:tcW w:w="1781" w:type="dxa"/>
            <w:vAlign w:val="center"/>
          </w:tcPr>
          <w:p w:rsidR="00D465AC" w:rsidRDefault="00D465AC">
            <w:pPr>
              <w:spacing w:after="0"/>
              <w:jc w:val="center"/>
            </w:pPr>
          </w:p>
        </w:tc>
        <w:tc>
          <w:tcPr>
            <w:tcW w:w="1781" w:type="dxa"/>
            <w:vAlign w:val="center"/>
          </w:tcPr>
          <w:p w:rsidR="00D465AC" w:rsidRDefault="00D465AC">
            <w:pPr>
              <w:spacing w:after="0"/>
              <w:jc w:val="center"/>
            </w:pPr>
          </w:p>
        </w:tc>
        <w:tc>
          <w:tcPr>
            <w:tcW w:w="1781" w:type="dxa"/>
            <w:vAlign w:val="center"/>
          </w:tcPr>
          <w:p w:rsidR="00D465AC" w:rsidRDefault="00D465AC">
            <w:pPr>
              <w:spacing w:after="0"/>
              <w:jc w:val="center"/>
            </w:pPr>
          </w:p>
        </w:tc>
      </w:tr>
      <w:tr w:rsidR="00D465AC">
        <w:trPr>
          <w:jc w:val="center"/>
        </w:trPr>
        <w:tc>
          <w:tcPr>
            <w:tcW w:w="1781" w:type="dxa"/>
            <w:vAlign w:val="center"/>
          </w:tcPr>
          <w:p w:rsidR="00D465AC" w:rsidRDefault="00471756">
            <w:pPr>
              <w:spacing w:after="0"/>
              <w:jc w:val="center"/>
            </w:pPr>
            <w:r>
              <w:rPr>
                <w:sz w:val="16"/>
              </w:rPr>
              <w:t>2.</w:t>
            </w:r>
          </w:p>
        </w:tc>
        <w:tc>
          <w:tcPr>
            <w:tcW w:w="1781" w:type="dxa"/>
            <w:vAlign w:val="center"/>
          </w:tcPr>
          <w:p w:rsidR="00D465AC" w:rsidRDefault="00471756">
            <w:pPr>
              <w:spacing w:after="0"/>
              <w:jc w:val="center"/>
            </w:pPr>
            <w:r>
              <w:rPr>
                <w:sz w:val="16"/>
              </w:rPr>
              <w:t>Безоловни моторни бензин BMB 95</w:t>
            </w:r>
          </w:p>
        </w:tc>
        <w:tc>
          <w:tcPr>
            <w:tcW w:w="1781" w:type="dxa"/>
            <w:vAlign w:val="center"/>
          </w:tcPr>
          <w:p w:rsidR="00D465AC" w:rsidRDefault="00471756">
            <w:pPr>
              <w:spacing w:after="0"/>
              <w:jc w:val="center"/>
            </w:pPr>
            <w:r>
              <w:rPr>
                <w:sz w:val="16"/>
              </w:rPr>
              <w:t>литар</w:t>
            </w:r>
          </w:p>
        </w:tc>
        <w:tc>
          <w:tcPr>
            <w:tcW w:w="1781" w:type="dxa"/>
            <w:vAlign w:val="center"/>
          </w:tcPr>
          <w:p w:rsidR="00D465AC" w:rsidRDefault="001A1A8B">
            <w:pPr>
              <w:spacing w:after="0"/>
              <w:jc w:val="center"/>
            </w:pPr>
            <w:r>
              <w:rPr>
                <w:sz w:val="16"/>
              </w:rPr>
              <w:t>300</w:t>
            </w:r>
          </w:p>
        </w:tc>
        <w:tc>
          <w:tcPr>
            <w:tcW w:w="1781" w:type="dxa"/>
            <w:vAlign w:val="center"/>
          </w:tcPr>
          <w:p w:rsidR="00D465AC" w:rsidRDefault="00D465AC">
            <w:pPr>
              <w:spacing w:after="0"/>
              <w:jc w:val="center"/>
            </w:pPr>
          </w:p>
        </w:tc>
        <w:tc>
          <w:tcPr>
            <w:tcW w:w="1781" w:type="dxa"/>
            <w:vAlign w:val="center"/>
          </w:tcPr>
          <w:p w:rsidR="00D465AC" w:rsidRDefault="00D465AC">
            <w:pPr>
              <w:spacing w:after="0"/>
              <w:jc w:val="center"/>
            </w:pPr>
          </w:p>
        </w:tc>
        <w:tc>
          <w:tcPr>
            <w:tcW w:w="1781" w:type="dxa"/>
            <w:vAlign w:val="center"/>
          </w:tcPr>
          <w:p w:rsidR="00D465AC" w:rsidRDefault="00D465AC">
            <w:pPr>
              <w:spacing w:after="0"/>
              <w:jc w:val="center"/>
            </w:pPr>
          </w:p>
        </w:tc>
        <w:tc>
          <w:tcPr>
            <w:tcW w:w="1781" w:type="dxa"/>
            <w:vAlign w:val="center"/>
          </w:tcPr>
          <w:p w:rsidR="00D465AC" w:rsidRDefault="00D465AC">
            <w:pPr>
              <w:spacing w:after="0"/>
              <w:jc w:val="center"/>
            </w:pPr>
          </w:p>
        </w:tc>
      </w:tr>
      <w:tr w:rsidR="00D465AC">
        <w:trPr>
          <w:jc w:val="center"/>
        </w:trPr>
        <w:tc>
          <w:tcPr>
            <w:tcW w:w="1781" w:type="dxa"/>
          </w:tcPr>
          <w:p w:rsidR="00D465AC" w:rsidRDefault="00471756">
            <w:pPr>
              <w:jc w:val="center"/>
            </w:pPr>
            <w:r>
              <w:rPr>
                <w:sz w:val="16"/>
              </w:rPr>
              <w:t>3.</w:t>
            </w:r>
          </w:p>
        </w:tc>
        <w:tc>
          <w:tcPr>
            <w:tcW w:w="1781" w:type="dxa"/>
          </w:tcPr>
          <w:p w:rsidR="00D465AC" w:rsidRDefault="00471756">
            <w:pPr>
              <w:jc w:val="center"/>
            </w:pPr>
            <w:r>
              <w:rPr>
                <w:sz w:val="16"/>
              </w:rPr>
              <w:t>Течни нафтни гас (ТНГ)</w:t>
            </w:r>
          </w:p>
        </w:tc>
        <w:tc>
          <w:tcPr>
            <w:tcW w:w="1781" w:type="dxa"/>
          </w:tcPr>
          <w:p w:rsidR="00D465AC" w:rsidRDefault="00471756">
            <w:pPr>
              <w:jc w:val="center"/>
            </w:pPr>
            <w:r>
              <w:rPr>
                <w:sz w:val="16"/>
              </w:rPr>
              <w:t>литар</w:t>
            </w:r>
          </w:p>
        </w:tc>
        <w:tc>
          <w:tcPr>
            <w:tcW w:w="1781" w:type="dxa"/>
          </w:tcPr>
          <w:p w:rsidR="00D465AC" w:rsidRDefault="001A1A8B">
            <w:pPr>
              <w:jc w:val="center"/>
            </w:pPr>
            <w:r>
              <w:rPr>
                <w:sz w:val="16"/>
              </w:rPr>
              <w:t>100</w:t>
            </w:r>
          </w:p>
        </w:tc>
        <w:tc>
          <w:tcPr>
            <w:tcW w:w="1781" w:type="dxa"/>
          </w:tcPr>
          <w:p w:rsidR="00D465AC" w:rsidRDefault="00D465AC">
            <w:pPr>
              <w:jc w:val="center"/>
            </w:pPr>
          </w:p>
        </w:tc>
        <w:tc>
          <w:tcPr>
            <w:tcW w:w="1781" w:type="dxa"/>
          </w:tcPr>
          <w:p w:rsidR="00D465AC" w:rsidRDefault="00D465AC">
            <w:pPr>
              <w:jc w:val="center"/>
            </w:pPr>
          </w:p>
        </w:tc>
        <w:tc>
          <w:tcPr>
            <w:tcW w:w="1781" w:type="dxa"/>
          </w:tcPr>
          <w:p w:rsidR="00D465AC" w:rsidRDefault="00D465AC">
            <w:pPr>
              <w:jc w:val="center"/>
            </w:pPr>
          </w:p>
        </w:tc>
        <w:tc>
          <w:tcPr>
            <w:tcW w:w="1781" w:type="dxa"/>
          </w:tcPr>
          <w:p w:rsidR="00D465AC" w:rsidRDefault="00D465AC">
            <w:pPr>
              <w:jc w:val="center"/>
            </w:pPr>
          </w:p>
        </w:tc>
      </w:tr>
      <w:tr w:rsidR="00D465AC">
        <w:trPr>
          <w:jc w:val="center"/>
        </w:trPr>
        <w:tc>
          <w:tcPr>
            <w:tcW w:w="1781" w:type="dxa"/>
            <w:vAlign w:val="center"/>
          </w:tcPr>
          <w:p w:rsidR="00D465AC" w:rsidRDefault="00D465AC">
            <w:pPr>
              <w:spacing w:after="0"/>
              <w:jc w:val="center"/>
            </w:pPr>
          </w:p>
        </w:tc>
        <w:tc>
          <w:tcPr>
            <w:tcW w:w="1781" w:type="dxa"/>
            <w:vAlign w:val="center"/>
          </w:tcPr>
          <w:p w:rsidR="00D465AC" w:rsidRDefault="00471756">
            <w:pPr>
              <w:spacing w:after="0"/>
              <w:jc w:val="center"/>
            </w:pPr>
            <w:r>
              <w:rPr>
                <w:b/>
                <w:sz w:val="16"/>
              </w:rPr>
              <w:t>УКУПНО</w:t>
            </w:r>
          </w:p>
        </w:tc>
        <w:tc>
          <w:tcPr>
            <w:tcW w:w="1781" w:type="dxa"/>
            <w:vAlign w:val="center"/>
          </w:tcPr>
          <w:p w:rsidR="00D465AC" w:rsidRDefault="00D465AC">
            <w:pPr>
              <w:spacing w:after="0"/>
              <w:jc w:val="center"/>
            </w:pPr>
          </w:p>
        </w:tc>
        <w:tc>
          <w:tcPr>
            <w:tcW w:w="1781" w:type="dxa"/>
            <w:vAlign w:val="center"/>
          </w:tcPr>
          <w:p w:rsidR="00D465AC" w:rsidRDefault="00D465AC">
            <w:pPr>
              <w:spacing w:after="0"/>
              <w:jc w:val="center"/>
            </w:pPr>
          </w:p>
        </w:tc>
        <w:tc>
          <w:tcPr>
            <w:tcW w:w="1781" w:type="dxa"/>
            <w:vAlign w:val="center"/>
          </w:tcPr>
          <w:p w:rsidR="00D465AC" w:rsidRDefault="00D465AC">
            <w:pPr>
              <w:spacing w:after="0"/>
              <w:jc w:val="center"/>
            </w:pPr>
          </w:p>
        </w:tc>
        <w:tc>
          <w:tcPr>
            <w:tcW w:w="1781" w:type="dxa"/>
            <w:vAlign w:val="center"/>
          </w:tcPr>
          <w:p w:rsidR="00D465AC" w:rsidRDefault="00D465AC">
            <w:pPr>
              <w:spacing w:after="0"/>
              <w:jc w:val="center"/>
            </w:pPr>
          </w:p>
        </w:tc>
        <w:tc>
          <w:tcPr>
            <w:tcW w:w="1781" w:type="dxa"/>
            <w:vAlign w:val="center"/>
          </w:tcPr>
          <w:p w:rsidR="00D465AC" w:rsidRDefault="00D465AC">
            <w:pPr>
              <w:spacing w:after="0"/>
              <w:jc w:val="center"/>
            </w:pPr>
          </w:p>
        </w:tc>
        <w:tc>
          <w:tcPr>
            <w:tcW w:w="1781" w:type="dxa"/>
            <w:vAlign w:val="center"/>
          </w:tcPr>
          <w:p w:rsidR="00D465AC" w:rsidRDefault="00D465AC">
            <w:pPr>
              <w:spacing w:after="0"/>
              <w:jc w:val="center"/>
            </w:pPr>
          </w:p>
        </w:tc>
      </w:tr>
    </w:tbl>
    <w:p w:rsidR="00D465AC" w:rsidRDefault="00471756">
      <w:pPr>
        <w:spacing w:after="40" w:line="240" w:lineRule="auto"/>
      </w:pPr>
      <w:r>
        <w:t>Укупна понуђена цена без ПДВ-а: __________________________ динара</w:t>
      </w:r>
    </w:p>
    <w:p w:rsidR="00D465AC" w:rsidRDefault="00471756">
      <w:pPr>
        <w:spacing w:after="40" w:line="240" w:lineRule="auto"/>
      </w:pPr>
      <w:r>
        <w:t>Износ ПДВ-а: ____________________________________________ динара</w:t>
      </w:r>
    </w:p>
    <w:p w:rsidR="00D465AC" w:rsidRDefault="00471756">
      <w:pPr>
        <w:spacing w:after="100" w:line="240" w:lineRule="auto"/>
      </w:pPr>
      <w:r>
        <w:t>Укупна понуђена цена са ПДВ-ом: __________________________ динара</w:t>
      </w:r>
    </w:p>
    <w:p w:rsidR="00D465AC" w:rsidRDefault="00471756">
      <w:pPr>
        <w:spacing w:before="80" w:after="60" w:line="240" w:lineRule="auto"/>
      </w:pPr>
      <w:r>
        <w:rPr>
          <w:b/>
        </w:rPr>
        <w:t>3. Услови понуде</w:t>
      </w:r>
    </w:p>
    <w:p w:rsidR="00F7386C" w:rsidRDefault="00471756">
      <w:pPr>
        <w:spacing w:after="40" w:line="240" w:lineRule="auto"/>
      </w:pPr>
      <w:r>
        <w:t xml:space="preserve">Начин плаћања (означити):  □ авансно, уплатом средстава за коришћење картица    </w:t>
      </w:r>
    </w:p>
    <w:p w:rsidR="00D465AC" w:rsidRDefault="00F7386C">
      <w:pPr>
        <w:spacing w:after="40" w:line="240" w:lineRule="auto"/>
      </w:pPr>
      <w:r>
        <w:t xml:space="preserve">                                                </w:t>
      </w:r>
      <w:r w:rsidR="00471756">
        <w:t xml:space="preserve">□ </w:t>
      </w:r>
      <w:proofErr w:type="spellStart"/>
      <w:proofErr w:type="gramStart"/>
      <w:r w:rsidR="00471756">
        <w:t>одложено</w:t>
      </w:r>
      <w:proofErr w:type="spellEnd"/>
      <w:proofErr w:type="gramEnd"/>
      <w:r w:rsidR="00471756">
        <w:t xml:space="preserve"> </w:t>
      </w:r>
      <w:proofErr w:type="spellStart"/>
      <w:r w:rsidR="00471756">
        <w:t>плаћање</w:t>
      </w:r>
      <w:proofErr w:type="spellEnd"/>
      <w:r w:rsidR="00471756">
        <w:t xml:space="preserve"> </w:t>
      </w:r>
      <w:proofErr w:type="spellStart"/>
      <w:r w:rsidR="00471756">
        <w:t>по</w:t>
      </w:r>
      <w:proofErr w:type="spellEnd"/>
      <w:r w:rsidR="00471756">
        <w:t xml:space="preserve"> </w:t>
      </w:r>
      <w:proofErr w:type="spellStart"/>
      <w:r w:rsidR="00471756">
        <w:t>електронској</w:t>
      </w:r>
      <w:proofErr w:type="spellEnd"/>
      <w:r w:rsidR="00471756">
        <w:t xml:space="preserve"> фактури, рок плаћања ______ дана од дана пријема исправне фактуре.</w:t>
      </w:r>
    </w:p>
    <w:p w:rsidR="00D465AC" w:rsidRDefault="00471756">
      <w:pPr>
        <w:spacing w:after="80" w:line="240" w:lineRule="auto"/>
      </w:pPr>
      <w:r>
        <w:t>Рок важења понуде: ______ дана од дана истека рока за подношење понуда.</w:t>
      </w:r>
    </w:p>
    <w:p w:rsidR="00D465AC" w:rsidRDefault="00471756">
      <w:pPr>
        <w:spacing w:before="80" w:after="60" w:line="240" w:lineRule="auto"/>
      </w:pPr>
      <w:r>
        <w:rPr>
          <w:b/>
        </w:rPr>
        <w:t>4. Изјава о испуњености услова</w:t>
      </w:r>
    </w:p>
    <w:p w:rsidR="00D465AC" w:rsidRDefault="00471756">
      <w:pPr>
        <w:spacing w:after="60" w:line="240" w:lineRule="auto"/>
        <w:jc w:val="both"/>
      </w:pPr>
      <w:r>
        <w:t>Понуђач потврђује да поседује важећу лиценцу Агенције за енергетику Републике Србије за обављање енергетске делатности трговине моторним и другим горивима на станицама за снабдевање превозних средстава.</w:t>
      </w:r>
    </w:p>
    <w:p w:rsidR="00D465AC" w:rsidRDefault="00471756">
      <w:pPr>
        <w:spacing w:after="60" w:line="240" w:lineRule="auto"/>
        <w:jc w:val="both"/>
      </w:pPr>
      <w:r>
        <w:t>Понуђач потврђује да Наручиоцу обезбеђује снабдевање горивом путем сопствене или партнерске мреже бензинских станица и да располаже најмање:</w:t>
      </w:r>
    </w:p>
    <w:p w:rsidR="00D465AC" w:rsidRDefault="00471756">
      <w:pPr>
        <w:spacing w:after="20" w:line="240" w:lineRule="auto"/>
        <w:ind w:left="283"/>
      </w:pPr>
      <w:r>
        <w:t xml:space="preserve">• </w:t>
      </w:r>
      <w:proofErr w:type="spellStart"/>
      <w:r>
        <w:t>једном</w:t>
      </w:r>
      <w:proofErr w:type="spellEnd"/>
      <w:r>
        <w:t xml:space="preserve"> </w:t>
      </w:r>
      <w:proofErr w:type="spellStart"/>
      <w:r>
        <w:t>бензинском</w:t>
      </w:r>
      <w:proofErr w:type="spellEnd"/>
      <w:r>
        <w:t xml:space="preserve"> </w:t>
      </w:r>
      <w:proofErr w:type="spellStart"/>
      <w:r>
        <w:t>станицом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 w:rsidR="00017ADA">
        <w:t>општине</w:t>
      </w:r>
      <w:proofErr w:type="spellEnd"/>
      <w:r>
        <w:t xml:space="preserve"> </w:t>
      </w:r>
      <w:proofErr w:type="spellStart"/>
      <w:r>
        <w:t>Неготина</w:t>
      </w:r>
      <w:proofErr w:type="spellEnd"/>
      <w:r>
        <w:t>;</w:t>
      </w:r>
    </w:p>
    <w:p w:rsidR="00D465AC" w:rsidRDefault="00471756">
      <w:pPr>
        <w:spacing w:after="20" w:line="240" w:lineRule="auto"/>
        <w:ind w:left="283"/>
      </w:pPr>
      <w:r>
        <w:t xml:space="preserve">• </w:t>
      </w:r>
      <w:proofErr w:type="spellStart"/>
      <w:proofErr w:type="gramStart"/>
      <w:r>
        <w:t>једном</w:t>
      </w:r>
      <w:proofErr w:type="spellEnd"/>
      <w:proofErr w:type="gramEnd"/>
      <w:r>
        <w:t xml:space="preserve"> </w:t>
      </w:r>
      <w:proofErr w:type="spellStart"/>
      <w:r>
        <w:t>бензинском</w:t>
      </w:r>
      <w:proofErr w:type="spellEnd"/>
      <w:r>
        <w:t xml:space="preserve"> </w:t>
      </w:r>
      <w:proofErr w:type="spellStart"/>
      <w:r>
        <w:t>станицом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територији града Ниша;</w:t>
      </w:r>
    </w:p>
    <w:p w:rsidR="00D465AC" w:rsidRDefault="00471756">
      <w:pPr>
        <w:spacing w:after="20" w:line="240" w:lineRule="auto"/>
        <w:ind w:left="283"/>
      </w:pPr>
      <w:r>
        <w:t>• двема бензинским станицама на територији града Београда;</w:t>
      </w:r>
    </w:p>
    <w:p w:rsidR="00F7386C" w:rsidRPr="004765AD" w:rsidRDefault="00471756">
      <w:pPr>
        <w:spacing w:after="20" w:line="240" w:lineRule="auto"/>
        <w:ind w:left="283"/>
      </w:pPr>
      <w:r>
        <w:t xml:space="preserve">• </w:t>
      </w:r>
      <w:proofErr w:type="spellStart"/>
      <w:r>
        <w:t>једном</w:t>
      </w:r>
      <w:proofErr w:type="spellEnd"/>
      <w:r>
        <w:t xml:space="preserve"> </w:t>
      </w:r>
      <w:proofErr w:type="spellStart"/>
      <w:r>
        <w:t>бензинском</w:t>
      </w:r>
      <w:proofErr w:type="spellEnd"/>
      <w:r>
        <w:t xml:space="preserve"> </w:t>
      </w:r>
      <w:proofErr w:type="spellStart"/>
      <w:r>
        <w:t>станицом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града</w:t>
      </w:r>
      <w:proofErr w:type="spellEnd"/>
      <w:r>
        <w:t xml:space="preserve"> </w:t>
      </w:r>
      <w:proofErr w:type="spellStart"/>
      <w:r>
        <w:t>Новог</w:t>
      </w:r>
      <w:proofErr w:type="spellEnd"/>
      <w:r>
        <w:t xml:space="preserve"> </w:t>
      </w:r>
      <w:proofErr w:type="spellStart"/>
      <w:r>
        <w:t>Сада</w:t>
      </w:r>
      <w:proofErr w:type="spellEnd"/>
      <w:r w:rsidR="004765AD">
        <w:t>;</w:t>
      </w:r>
    </w:p>
    <w:p w:rsidR="00D465AC" w:rsidRDefault="00F7386C">
      <w:pPr>
        <w:spacing w:after="20" w:line="240" w:lineRule="auto"/>
        <w:ind w:left="283"/>
      </w:pPr>
      <w:r>
        <w:t xml:space="preserve">• </w:t>
      </w:r>
      <w:proofErr w:type="spellStart"/>
      <w:proofErr w:type="gramStart"/>
      <w:r>
        <w:t>најмање</w:t>
      </w:r>
      <w:proofErr w:type="spellEnd"/>
      <w:proofErr w:type="gramEnd"/>
      <w:r>
        <w:t xml:space="preserve"> </w:t>
      </w:r>
      <w:proofErr w:type="spellStart"/>
      <w:r>
        <w:t>једном</w:t>
      </w:r>
      <w:proofErr w:type="spellEnd"/>
      <w:r>
        <w:t xml:space="preserve"> </w:t>
      </w:r>
      <w:proofErr w:type="spellStart"/>
      <w:r>
        <w:t>бензинском</w:t>
      </w:r>
      <w:proofErr w:type="spellEnd"/>
      <w:r>
        <w:t xml:space="preserve"> </w:t>
      </w:r>
      <w:proofErr w:type="spellStart"/>
      <w:r>
        <w:t>станицом</w:t>
      </w:r>
      <w:proofErr w:type="spellEnd"/>
      <w:r>
        <w:t xml:space="preserve"> у </w:t>
      </w:r>
      <w:proofErr w:type="spellStart"/>
      <w:r>
        <w:t>оба</w:t>
      </w:r>
      <w:proofErr w:type="spellEnd"/>
      <w:r>
        <w:t xml:space="preserve"> </w:t>
      </w:r>
      <w:proofErr w:type="spellStart"/>
      <w:r>
        <w:t>смера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ауто-путу</w:t>
      </w:r>
      <w:proofErr w:type="spellEnd"/>
      <w:r>
        <w:t xml:space="preserve"> </w:t>
      </w:r>
      <w:proofErr w:type="spellStart"/>
      <w:r>
        <w:t>Ниш–Београд–Ниш</w:t>
      </w:r>
      <w:proofErr w:type="spellEnd"/>
      <w:r w:rsidR="00471756">
        <w:t>.</w:t>
      </w:r>
    </w:p>
    <w:p w:rsidR="00D465AC" w:rsidRDefault="00471756">
      <w:pPr>
        <w:spacing w:after="60" w:line="240" w:lineRule="auto"/>
        <w:jc w:val="both"/>
      </w:pPr>
      <w:proofErr w:type="gramStart"/>
      <w:r>
        <w:t xml:space="preserve">Понуђач потврђује да Наручиоцу обезбеђује могућност снабдевања </w:t>
      </w:r>
      <w:proofErr w:type="spellStart"/>
      <w:r>
        <w:t>горивом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широј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 w:rsidR="0075513B">
        <w:t xml:space="preserve">, </w:t>
      </w:r>
      <w:proofErr w:type="spellStart"/>
      <w:r w:rsidR="0075513B">
        <w:t>укључујући</w:t>
      </w:r>
      <w:proofErr w:type="spellEnd"/>
      <w:r w:rsidR="0075513B">
        <w:t xml:space="preserve"> </w:t>
      </w:r>
      <w:proofErr w:type="spellStart"/>
      <w:r w:rsidR="0075513B">
        <w:t>бензинске</w:t>
      </w:r>
      <w:proofErr w:type="spellEnd"/>
      <w:r w:rsidR="0075513B">
        <w:t xml:space="preserve"> </w:t>
      </w:r>
      <w:proofErr w:type="spellStart"/>
      <w:r w:rsidR="0075513B">
        <w:t>станице</w:t>
      </w:r>
      <w:proofErr w:type="spellEnd"/>
      <w:r w:rsidR="0075513B">
        <w:t xml:space="preserve"> </w:t>
      </w:r>
      <w:proofErr w:type="spellStart"/>
      <w:r w:rsidR="0075513B">
        <w:t>на</w:t>
      </w:r>
      <w:proofErr w:type="spellEnd"/>
      <w:r w:rsidR="0075513B">
        <w:t xml:space="preserve"> </w:t>
      </w:r>
      <w:proofErr w:type="spellStart"/>
      <w:r w:rsidR="0075513B">
        <w:t>путним</w:t>
      </w:r>
      <w:proofErr w:type="spellEnd"/>
      <w:r w:rsidR="0075513B">
        <w:t xml:space="preserve"> </w:t>
      </w:r>
      <w:proofErr w:type="spellStart"/>
      <w:r w:rsidR="0075513B">
        <w:t>правцима</w:t>
      </w:r>
      <w:proofErr w:type="spellEnd"/>
      <w:r w:rsidR="0075513B">
        <w:t xml:space="preserve"> </w:t>
      </w:r>
      <w:proofErr w:type="spellStart"/>
      <w:r w:rsidR="0075513B">
        <w:t>ка</w:t>
      </w:r>
      <w:proofErr w:type="spellEnd"/>
      <w:r w:rsidR="0075513B">
        <w:t xml:space="preserve"> </w:t>
      </w:r>
      <w:proofErr w:type="spellStart"/>
      <w:r w:rsidR="0075513B">
        <w:t>Златибору</w:t>
      </w:r>
      <w:proofErr w:type="spellEnd"/>
      <w:r w:rsidR="0075513B">
        <w:t xml:space="preserve">, </w:t>
      </w:r>
      <w:proofErr w:type="spellStart"/>
      <w:r w:rsidR="0075513B">
        <w:t>Врњачкој</w:t>
      </w:r>
      <w:proofErr w:type="spellEnd"/>
      <w:r w:rsidR="0075513B">
        <w:t xml:space="preserve"> </w:t>
      </w:r>
      <w:proofErr w:type="spellStart"/>
      <w:r w:rsidR="0075513B">
        <w:t>Бањи</w:t>
      </w:r>
      <w:proofErr w:type="spellEnd"/>
      <w:r w:rsidR="0075513B">
        <w:t xml:space="preserve"> и </w:t>
      </w:r>
      <w:proofErr w:type="spellStart"/>
      <w:r w:rsidR="0075513B">
        <w:t>Копаонику</w:t>
      </w:r>
      <w:proofErr w:type="spellEnd"/>
      <w:r>
        <w:t>.</w:t>
      </w:r>
      <w:proofErr w:type="gramEnd"/>
    </w:p>
    <w:p w:rsidR="00D465AC" w:rsidRDefault="00471756">
      <w:pPr>
        <w:spacing w:after="60" w:line="240" w:lineRule="auto"/>
        <w:jc w:val="both"/>
      </w:pPr>
      <w:r>
        <w:rPr>
          <w:b/>
        </w:rPr>
        <w:t>Укупан број продајних места на територији Републике Србије на којима Наручилац може да врши набавку горива коришћењем картице понуђача: __________</w:t>
      </w:r>
    </w:p>
    <w:p w:rsidR="00D465AC" w:rsidRDefault="00471756">
      <w:pPr>
        <w:spacing w:before="80" w:after="60" w:line="240" w:lineRule="auto"/>
      </w:pPr>
      <w:r>
        <w:rPr>
          <w:b/>
        </w:rPr>
        <w:t>5. Картице за гориво</w:t>
      </w:r>
    </w:p>
    <w:p w:rsidR="00D465AC" w:rsidRDefault="00471756">
      <w:pPr>
        <w:spacing w:after="60" w:line="240" w:lineRule="auto"/>
        <w:jc w:val="both"/>
      </w:pPr>
      <w:r>
        <w:t>Понуђач потврђује да ће Наручиоцу обезбедити картице за безготовинску набавку горива, које су прихваћене на продајним местима наведеним у списку достављеном уз понуду и које омогућавају набавку свих врста горива које су предмет набавке.</w:t>
      </w:r>
    </w:p>
    <w:p w:rsidR="00D465AC" w:rsidRDefault="00471756">
      <w:pPr>
        <w:spacing w:after="60" w:line="240" w:lineRule="auto"/>
        <w:jc w:val="both"/>
      </w:pPr>
      <w:r>
        <w:t>Картице ће се користити искључиво за набавку моторног горива које је предмет набавке.</w:t>
      </w:r>
    </w:p>
    <w:p w:rsidR="00D465AC" w:rsidRDefault="00471756">
      <w:pPr>
        <w:spacing w:before="80" w:after="60" w:line="240" w:lineRule="auto"/>
      </w:pPr>
      <w:r>
        <w:rPr>
          <w:b/>
        </w:rPr>
        <w:t>6. Прилози уз понуду</w:t>
      </w:r>
    </w:p>
    <w:p w:rsidR="00D465AC" w:rsidRDefault="00471756">
      <w:pPr>
        <w:spacing w:after="20" w:line="240" w:lineRule="auto"/>
        <w:ind w:left="283"/>
      </w:pPr>
      <w:r>
        <w:t>• копија важеће лиценце или други одговарајући доказ;</w:t>
      </w:r>
    </w:p>
    <w:p w:rsidR="00D465AC" w:rsidRDefault="00471756">
      <w:pPr>
        <w:spacing w:after="20" w:line="240" w:lineRule="auto"/>
        <w:ind w:left="283"/>
      </w:pPr>
      <w:r>
        <w:lastRenderedPageBreak/>
        <w:t>• списак бензинских станица са адресама/локацијама на којима је омогућено снабдевање горивом коришћењем картице понуђача.</w:t>
      </w:r>
    </w:p>
    <w:p w:rsidR="00D465AC" w:rsidRDefault="00471756">
      <w:pPr>
        <w:spacing w:before="100" w:after="160" w:line="240" w:lineRule="auto"/>
        <w:jc w:val="both"/>
      </w:pPr>
      <w:proofErr w:type="gramStart"/>
      <w:r>
        <w:t xml:space="preserve">Понуђач изјављује да је упознат са свим условима из Позива за подношење понуде и да </w:t>
      </w:r>
      <w:proofErr w:type="spellStart"/>
      <w:r>
        <w:t>их</w:t>
      </w:r>
      <w:proofErr w:type="spellEnd"/>
      <w:r>
        <w:t xml:space="preserve"> у </w:t>
      </w:r>
      <w:proofErr w:type="spellStart"/>
      <w:r>
        <w:t>целости</w:t>
      </w:r>
      <w:proofErr w:type="spellEnd"/>
      <w:r>
        <w:t xml:space="preserve"> </w:t>
      </w:r>
      <w:proofErr w:type="spellStart"/>
      <w:r>
        <w:t>прихвата</w:t>
      </w:r>
      <w:proofErr w:type="spellEnd"/>
      <w:r>
        <w:t>.</w:t>
      </w:r>
      <w:proofErr w:type="gramEnd"/>
    </w:p>
    <w:p w:rsidR="00CA1A39" w:rsidRDefault="00CA1A39">
      <w:pPr>
        <w:spacing w:before="100" w:after="160" w:line="240" w:lineRule="auto"/>
        <w:jc w:val="both"/>
      </w:pPr>
    </w:p>
    <w:p w:rsidR="00CA1A39" w:rsidRDefault="00CA1A39">
      <w:pPr>
        <w:spacing w:before="100" w:after="160" w:line="240" w:lineRule="auto"/>
        <w:jc w:val="both"/>
      </w:pPr>
    </w:p>
    <w:p w:rsidR="00D465AC" w:rsidRDefault="00471756">
      <w:pPr>
        <w:spacing w:after="120" w:line="240" w:lineRule="auto"/>
      </w:pPr>
      <w:r>
        <w:t>Место и датум: ______________________________</w:t>
      </w:r>
    </w:p>
    <w:p w:rsidR="00D465AC" w:rsidRDefault="00471756">
      <w:pPr>
        <w:spacing w:after="120" w:line="240" w:lineRule="auto"/>
      </w:pPr>
      <w:r>
        <w:t>Овлашћено лице понуђача: ______________________________</w:t>
      </w:r>
    </w:p>
    <w:p w:rsidR="00D465AC" w:rsidRDefault="00471756">
      <w:pPr>
        <w:spacing w:after="0" w:line="240" w:lineRule="auto"/>
      </w:pPr>
      <w:r>
        <w:t>Потпис: ________________________________________________</w:t>
      </w:r>
    </w:p>
    <w:sectPr w:rsidR="00D465AC" w:rsidSect="00034616">
      <w:pgSz w:w="15840" w:h="12240" w:orient="landscape"/>
      <w:pgMar w:top="850" w:right="794" w:bottom="850" w:left="79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6B87DCC"/>
    <w:multiLevelType w:val="multilevel"/>
    <w:tmpl w:val="A7CE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B47730"/>
    <w:rsid w:val="00017ADA"/>
    <w:rsid w:val="00034616"/>
    <w:rsid w:val="000446A5"/>
    <w:rsid w:val="000512D9"/>
    <w:rsid w:val="0006063C"/>
    <w:rsid w:val="0015074B"/>
    <w:rsid w:val="001A1A8B"/>
    <w:rsid w:val="0029639D"/>
    <w:rsid w:val="002F4408"/>
    <w:rsid w:val="00326F90"/>
    <w:rsid w:val="003F4763"/>
    <w:rsid w:val="00471756"/>
    <w:rsid w:val="004765AD"/>
    <w:rsid w:val="00521CE5"/>
    <w:rsid w:val="00587315"/>
    <w:rsid w:val="00656F0A"/>
    <w:rsid w:val="0075513B"/>
    <w:rsid w:val="008F406E"/>
    <w:rsid w:val="009233F3"/>
    <w:rsid w:val="00931805"/>
    <w:rsid w:val="00937781"/>
    <w:rsid w:val="00973A50"/>
    <w:rsid w:val="00AA1D8D"/>
    <w:rsid w:val="00AB66BA"/>
    <w:rsid w:val="00B47730"/>
    <w:rsid w:val="00B64D30"/>
    <w:rsid w:val="00CA1A39"/>
    <w:rsid w:val="00CB0664"/>
    <w:rsid w:val="00D258D1"/>
    <w:rsid w:val="00D465AC"/>
    <w:rsid w:val="00DA4C65"/>
    <w:rsid w:val="00DE50E8"/>
    <w:rsid w:val="00E47BBB"/>
    <w:rsid w:val="00F57A07"/>
    <w:rsid w:val="00F7386C"/>
    <w:rsid w:val="00F91389"/>
    <w:rsid w:val="00FA3DCF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al"/>
    <w:rsid w:val="0093180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8D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3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dragica.zivkovic</cp:lastModifiedBy>
  <cp:revision>3</cp:revision>
  <cp:lastPrinted>2026-08-21T09:50:00Z</cp:lastPrinted>
  <dcterms:created xsi:type="dcterms:W3CDTF">2026-08-21T10:13:00Z</dcterms:created>
  <dcterms:modified xsi:type="dcterms:W3CDTF">2026-08-21T10:14:00Z</dcterms:modified>
</cp:coreProperties>
</file>